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27B00" w14:textId="77777777" w:rsidR="00255EDF" w:rsidRPr="005E6401" w:rsidRDefault="000E7209">
      <w:pPr>
        <w:spacing w:after="20"/>
        <w:jc w:val="center"/>
        <w:rPr>
          <w:sz w:val="28"/>
          <w:szCs w:val="28"/>
          <w:lang w:val="hu-HU"/>
        </w:rPr>
      </w:pPr>
      <w:r w:rsidRPr="005E6401">
        <w:rPr>
          <w:b/>
          <w:color w:val="17365D"/>
          <w:sz w:val="28"/>
          <w:szCs w:val="28"/>
          <w:lang w:val="hu-HU"/>
        </w:rPr>
        <w:t>IGAZOLÁS / KÉRELEM</w:t>
      </w:r>
    </w:p>
    <w:p w14:paraId="33256D0B" w14:textId="2685D396" w:rsidR="00255EDF" w:rsidRPr="00C96614" w:rsidRDefault="000E7209">
      <w:pPr>
        <w:spacing w:after="20"/>
        <w:jc w:val="center"/>
        <w:rPr>
          <w:lang w:val="hu-HU"/>
        </w:rPr>
      </w:pPr>
      <w:r w:rsidRPr="00C96614">
        <w:rPr>
          <w:b/>
          <w:color w:val="000000"/>
          <w:sz w:val="23"/>
          <w:lang w:val="hu-HU"/>
        </w:rPr>
        <w:t>LEGFELJEBB HETI KÉT TESTNEVELÉSÓRA KIVÁLTÁSÁHOZ</w:t>
      </w:r>
    </w:p>
    <w:p w14:paraId="3DD501C2" w14:textId="51A4E165" w:rsidR="00255EDF" w:rsidRDefault="000E7209">
      <w:pPr>
        <w:spacing w:after="120"/>
        <w:jc w:val="center"/>
        <w:rPr>
          <w:i/>
          <w:color w:val="666666"/>
          <w:sz w:val="19"/>
          <w:lang w:val="hu-HU"/>
        </w:rPr>
      </w:pPr>
      <w:r w:rsidRPr="00C96614">
        <w:rPr>
          <w:i/>
          <w:color w:val="666666"/>
          <w:sz w:val="19"/>
          <w:lang w:val="hu-HU"/>
        </w:rPr>
        <w:t>2026/2027-es tanév • Nyíregyházi Kölcsey Ferenc Gimnázium</w:t>
      </w:r>
    </w:p>
    <w:p w14:paraId="6408B1D0" w14:textId="7E9F2363" w:rsidR="00184190" w:rsidRPr="006672D2" w:rsidRDefault="00184190">
      <w:pPr>
        <w:spacing w:after="120"/>
        <w:jc w:val="center"/>
        <w:rPr>
          <w:rFonts w:cs="Arial"/>
          <w:b/>
          <w:bCs/>
          <w:iCs/>
          <w:sz w:val="24"/>
          <w:szCs w:val="24"/>
          <w:lang w:val="hu-HU"/>
        </w:rPr>
      </w:pPr>
      <w:r w:rsidRPr="006672D2">
        <w:rPr>
          <w:rFonts w:cs="Arial"/>
          <w:b/>
          <w:bCs/>
          <w:iCs/>
          <w:sz w:val="24"/>
          <w:szCs w:val="24"/>
          <w:lang w:val="hu-HU"/>
        </w:rPr>
        <w:t>Beadási határidő: 2026. szeptember 11.</w:t>
      </w:r>
    </w:p>
    <w:tbl>
      <w:tblPr>
        <w:tblStyle w:val="Rcsostblzat"/>
        <w:tblW w:w="10100" w:type="dxa"/>
        <w:jc w:val="center"/>
        <w:tblLayout w:type="fixed"/>
        <w:tblLook w:val="04A0" w:firstRow="1" w:lastRow="0" w:firstColumn="1" w:lastColumn="0" w:noHBand="0" w:noVBand="1"/>
      </w:tblPr>
      <w:tblGrid>
        <w:gridCol w:w="10100"/>
      </w:tblGrid>
      <w:tr w:rsidR="00255EDF" w:rsidRPr="00C96614" w14:paraId="748891C1" w14:textId="77777777">
        <w:trPr>
          <w:jc w:val="center"/>
        </w:trPr>
        <w:tc>
          <w:tcPr>
            <w:tcW w:w="10100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B1433F" w14:textId="75FC24CC" w:rsidR="00255EDF" w:rsidRPr="00C96614" w:rsidRDefault="000E7209" w:rsidP="00DA12D4">
            <w:pPr>
              <w:spacing w:after="0"/>
              <w:rPr>
                <w:sz w:val="24"/>
                <w:szCs w:val="24"/>
                <w:lang w:val="hu-HU"/>
              </w:rPr>
            </w:pPr>
            <w:r w:rsidRPr="00C96614">
              <w:rPr>
                <w:b/>
                <w:color w:val="17365D"/>
                <w:sz w:val="24"/>
                <w:szCs w:val="24"/>
                <w:lang w:val="hu-HU"/>
              </w:rPr>
              <w:t>A benyújtás módja – a két lehetőség közül egyet jelöljön meg:</w:t>
            </w:r>
          </w:p>
          <w:p w14:paraId="3E6DA493" w14:textId="37ADBA0F" w:rsidR="00255EDF" w:rsidRPr="00C96614" w:rsidRDefault="00FC22FF" w:rsidP="00FC22FF">
            <w:pPr>
              <w:spacing w:before="120" w:after="0"/>
              <w:ind w:firstLine="417"/>
              <w:rPr>
                <w:sz w:val="24"/>
                <w:szCs w:val="24"/>
                <w:lang w:val="hu-HU"/>
              </w:rPr>
            </w:pPr>
            <w:r>
              <w:rPr>
                <w:b/>
                <w:noProof/>
                <w:color w:val="000000"/>
                <w:sz w:val="23"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6E289F" wp14:editId="6B3CDBFC">
                      <wp:simplePos x="0" y="0"/>
                      <wp:positionH relativeFrom="column">
                        <wp:posOffset>17918</wp:posOffset>
                      </wp:positionH>
                      <wp:positionV relativeFrom="paragraph">
                        <wp:posOffset>45389</wp:posOffset>
                      </wp:positionV>
                      <wp:extent cx="180000" cy="180000"/>
                      <wp:effectExtent l="0" t="0" r="10795" b="10795"/>
                      <wp:wrapNone/>
                      <wp:docPr id="1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A5502" id="Téglalap 1" o:spid="_x0000_s1026" style="position:absolute;margin-left:1.4pt;margin-top:3.5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" filled="f" strokecolor="black [3213]" strokeweight="1pt"/>
                  </w:pict>
                </mc:Fallback>
              </mc:AlternateContent>
            </w:r>
            <w:r w:rsidR="000E7209" w:rsidRPr="006672D2">
              <w:rPr>
                <w:b/>
                <w:color w:val="000000"/>
                <w:sz w:val="22"/>
                <w:lang w:val="hu-HU"/>
              </w:rPr>
              <w:t xml:space="preserve">1. lehetőség: </w:t>
            </w:r>
            <w:r w:rsidR="000E7209" w:rsidRPr="006672D2">
              <w:rPr>
                <w:color w:val="000000"/>
                <w:sz w:val="22"/>
                <w:lang w:val="hu-HU"/>
              </w:rPr>
              <w:t xml:space="preserve">a nyomtatvány minden adatmezője kitöltve, a szülő/nagykorú tanuló aláírásával, továbbá az érvényes versenyengedély másolata csatolva. Ebben az esetben a sportszervezet képviselőjének aláírása és a bélyegző </w:t>
            </w:r>
            <w:r w:rsidR="00FD1A1C" w:rsidRPr="006672D2">
              <w:rPr>
                <w:color w:val="000000"/>
                <w:sz w:val="22"/>
                <w:lang w:val="hu-HU"/>
              </w:rPr>
              <w:t xml:space="preserve">ezen a lapon </w:t>
            </w:r>
            <w:r w:rsidR="000E7209" w:rsidRPr="006672D2">
              <w:rPr>
                <w:color w:val="000000"/>
                <w:sz w:val="22"/>
                <w:lang w:val="hu-HU"/>
              </w:rPr>
              <w:t>nem szükséges.</w:t>
            </w:r>
          </w:p>
          <w:p w14:paraId="0F4F6955" w14:textId="1EC79F74" w:rsidR="00255EDF" w:rsidRPr="00C96614" w:rsidRDefault="00FC22FF" w:rsidP="00FC22FF">
            <w:pPr>
              <w:spacing w:before="120" w:after="0"/>
              <w:ind w:firstLine="417"/>
              <w:rPr>
                <w:lang w:val="hu-HU"/>
              </w:rPr>
            </w:pPr>
            <w:r>
              <w:rPr>
                <w:b/>
                <w:noProof/>
                <w:color w:val="000000"/>
                <w:sz w:val="23"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CBEC02" wp14:editId="6B9A915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47956</wp:posOffset>
                      </wp:positionV>
                      <wp:extent cx="180000" cy="180000"/>
                      <wp:effectExtent l="0" t="0" r="10795" b="10795"/>
                      <wp:wrapNone/>
                      <wp:docPr id="2" name="Téglalap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966DB" id="Téglalap 2" o:spid="_x0000_s1026" style="position:absolute;margin-left:1.4pt;margin-top:3.8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" filled="f" strokecolor="black [3213]" strokeweight="1pt"/>
                  </w:pict>
                </mc:Fallback>
              </mc:AlternateContent>
            </w:r>
            <w:r w:rsidR="000E7209" w:rsidRPr="006672D2">
              <w:rPr>
                <w:b/>
                <w:color w:val="000000"/>
                <w:sz w:val="22"/>
                <w:lang w:val="hu-HU"/>
              </w:rPr>
              <w:t xml:space="preserve">2. lehetőség: </w:t>
            </w:r>
            <w:r w:rsidR="000E7209" w:rsidRPr="006672D2">
              <w:rPr>
                <w:color w:val="000000"/>
                <w:sz w:val="22"/>
                <w:lang w:val="hu-HU"/>
              </w:rPr>
              <w:t xml:space="preserve">a nyomtatvány teljesen kitöltve, beleértve a sportszervezet képviselőjének igazolását, aláírását és </w:t>
            </w:r>
            <w:proofErr w:type="spellStart"/>
            <w:r w:rsidR="000E7209" w:rsidRPr="006672D2">
              <w:rPr>
                <w:color w:val="000000"/>
                <w:sz w:val="22"/>
                <w:lang w:val="hu-HU"/>
              </w:rPr>
              <w:t>dátumozását</w:t>
            </w:r>
            <w:proofErr w:type="spellEnd"/>
            <w:r w:rsidR="000E7209" w:rsidRPr="006672D2">
              <w:rPr>
                <w:color w:val="000000"/>
                <w:sz w:val="22"/>
                <w:lang w:val="hu-HU"/>
              </w:rPr>
              <w:t xml:space="preserve"> is. Ebben az esetben a versenyengedély másolatát nem kell csatolni.</w:t>
            </w:r>
          </w:p>
        </w:tc>
      </w:tr>
    </w:tbl>
    <w:p w14:paraId="364C9BF0" w14:textId="77777777" w:rsidR="00255EDF" w:rsidRPr="00C96614" w:rsidRDefault="000E7209">
      <w:pPr>
        <w:pStyle w:val="Cmsor2"/>
        <w:rPr>
          <w:rFonts w:ascii="Arial" w:hAnsi="Arial" w:cs="Arial"/>
          <w:sz w:val="24"/>
          <w:szCs w:val="24"/>
          <w:lang w:val="hu-HU"/>
        </w:rPr>
      </w:pPr>
      <w:r w:rsidRPr="00C96614">
        <w:rPr>
          <w:rFonts w:ascii="Arial" w:hAnsi="Arial" w:cs="Arial"/>
          <w:sz w:val="24"/>
          <w:szCs w:val="24"/>
          <w:lang w:val="hu-HU"/>
        </w:rPr>
        <w:t>A tanuló és a sportolói jogviszony adatai</w:t>
      </w:r>
    </w:p>
    <w:tbl>
      <w:tblPr>
        <w:tblStyle w:val="Rcsostblzat"/>
        <w:tblW w:w="10100" w:type="dxa"/>
        <w:jc w:val="center"/>
        <w:tblLayout w:type="fixed"/>
        <w:tblLook w:val="04A0" w:firstRow="1" w:lastRow="0" w:firstColumn="1" w:lastColumn="0" w:noHBand="0" w:noVBand="1"/>
      </w:tblPr>
      <w:tblGrid>
        <w:gridCol w:w="3550"/>
        <w:gridCol w:w="6550"/>
      </w:tblGrid>
      <w:tr w:rsidR="00255EDF" w:rsidRPr="00C96614" w14:paraId="37324D10" w14:textId="77777777">
        <w:trPr>
          <w:jc w:val="center"/>
        </w:trPr>
        <w:tc>
          <w:tcPr>
            <w:tcW w:w="3550" w:type="dxa"/>
            <w:shd w:val="clear" w:color="auto" w:fill="F3F6F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725B9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Tanuló neve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EF464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4D979C60" w14:textId="77777777">
        <w:trPr>
          <w:jc w:val="center"/>
        </w:trPr>
        <w:tc>
          <w:tcPr>
            <w:tcW w:w="3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32326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Osztály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83575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608F0976" w14:textId="77777777">
        <w:trPr>
          <w:jc w:val="center"/>
        </w:trPr>
        <w:tc>
          <w:tcPr>
            <w:tcW w:w="3550" w:type="dxa"/>
            <w:shd w:val="clear" w:color="auto" w:fill="F3F6F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6E4AB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Születési hely, idő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F4D23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3A87AD7A" w14:textId="77777777">
        <w:trPr>
          <w:jc w:val="center"/>
        </w:trPr>
        <w:tc>
          <w:tcPr>
            <w:tcW w:w="3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AD439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Anyja neve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C7F2D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32140E6F" w14:textId="77777777">
        <w:trPr>
          <w:jc w:val="center"/>
        </w:trPr>
        <w:tc>
          <w:tcPr>
            <w:tcW w:w="3550" w:type="dxa"/>
            <w:shd w:val="clear" w:color="auto" w:fill="F3F6F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6E9C8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Sportág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34392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6DB6F019" w14:textId="77777777">
        <w:trPr>
          <w:jc w:val="center"/>
        </w:trPr>
        <w:tc>
          <w:tcPr>
            <w:tcW w:w="3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A935D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Sportszervezet neve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424DC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291C4C64" w14:textId="77777777">
        <w:trPr>
          <w:jc w:val="center"/>
        </w:trPr>
        <w:tc>
          <w:tcPr>
            <w:tcW w:w="3550" w:type="dxa"/>
            <w:shd w:val="clear" w:color="auto" w:fill="F3F6F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5E9AB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Sportszervezet képviselője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1FEE4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18DC7D9B" w14:textId="77777777">
        <w:trPr>
          <w:jc w:val="center"/>
        </w:trPr>
        <w:tc>
          <w:tcPr>
            <w:tcW w:w="3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B70D2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Edzések helyszíne / a sportszervezet címe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3EF9E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383BF064" w14:textId="77777777">
        <w:trPr>
          <w:jc w:val="center"/>
        </w:trPr>
        <w:tc>
          <w:tcPr>
            <w:tcW w:w="3550" w:type="dxa"/>
            <w:shd w:val="clear" w:color="auto" w:fill="F3F6F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B6ADD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Versenyengedély száma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F8C08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  <w:tr w:rsidR="00255EDF" w:rsidRPr="00C96614" w14:paraId="5702F416" w14:textId="77777777">
        <w:trPr>
          <w:jc w:val="center"/>
        </w:trPr>
        <w:tc>
          <w:tcPr>
            <w:tcW w:w="3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1EBDD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b/>
                <w:color w:val="17365D"/>
                <w:sz w:val="17"/>
                <w:lang w:val="hu-HU"/>
              </w:rPr>
              <w:t>Versenyengedély kiállításának dátuma és érvényessége</w:t>
            </w:r>
          </w:p>
        </w:tc>
        <w:tc>
          <w:tcPr>
            <w:tcW w:w="6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27EB1" w14:textId="77777777" w:rsidR="00255EDF" w:rsidRPr="00C96614" w:rsidRDefault="000E7209">
            <w:pPr>
              <w:spacing w:after="0"/>
              <w:rPr>
                <w:lang w:val="hu-HU"/>
              </w:rPr>
            </w:pPr>
            <w:r w:rsidRPr="00C96614">
              <w:rPr>
                <w:color w:val="000000"/>
                <w:sz w:val="19"/>
                <w:lang w:val="hu-HU"/>
              </w:rPr>
              <w:t xml:space="preserve"> </w:t>
            </w:r>
          </w:p>
        </w:tc>
      </w:tr>
    </w:tbl>
    <w:p w14:paraId="275ADB24" w14:textId="77777777" w:rsidR="00255EDF" w:rsidRPr="00C96614" w:rsidRDefault="000E7209">
      <w:pPr>
        <w:pStyle w:val="Cmsor2"/>
        <w:rPr>
          <w:rFonts w:ascii="Arial" w:hAnsi="Arial" w:cs="Arial"/>
          <w:sz w:val="24"/>
          <w:szCs w:val="24"/>
          <w:lang w:val="hu-HU"/>
        </w:rPr>
      </w:pPr>
      <w:r w:rsidRPr="00C96614">
        <w:rPr>
          <w:rFonts w:ascii="Arial" w:hAnsi="Arial" w:cs="Arial"/>
          <w:sz w:val="24"/>
          <w:szCs w:val="24"/>
          <w:lang w:val="hu-HU"/>
        </w:rPr>
        <w:t>A sportszervezet igazolása – a 2. lehetőség választásakor kötelező</w:t>
      </w:r>
    </w:p>
    <w:p w14:paraId="6395C42D" w14:textId="77777777" w:rsidR="00255EDF" w:rsidRPr="006672D2" w:rsidRDefault="000E7209">
      <w:pPr>
        <w:spacing w:line="240" w:lineRule="auto"/>
        <w:rPr>
          <w:rFonts w:cs="Arial"/>
          <w:sz w:val="22"/>
          <w:lang w:val="hu-HU"/>
        </w:rPr>
      </w:pPr>
      <w:r w:rsidRPr="006672D2">
        <w:rPr>
          <w:rFonts w:cs="Arial"/>
          <w:color w:val="000000"/>
          <w:sz w:val="22"/>
          <w:lang w:val="hu-HU"/>
        </w:rPr>
        <w:t>Igazolom, hogy a fent nevezett tanuló a sportról szóló törvény szerinti igazolt sportolói jogviszonyban álló versenyző, érvényes versenyengedéllyel rendelkezik, és a sportszervezet keretei között szervezett edzéseket a 2026/2027-es tanévben rendszeresen látogatja.</w:t>
      </w:r>
    </w:p>
    <w:tbl>
      <w:tblPr>
        <w:tblStyle w:val="Rcsostblzat"/>
        <w:tblW w:w="10100" w:type="dxa"/>
        <w:tblLayout w:type="fixed"/>
        <w:tblLook w:val="04A0" w:firstRow="1" w:lastRow="0" w:firstColumn="1" w:lastColumn="0" w:noHBand="0" w:noVBand="1"/>
      </w:tblPr>
      <w:tblGrid>
        <w:gridCol w:w="4200"/>
        <w:gridCol w:w="2600"/>
        <w:gridCol w:w="3300"/>
      </w:tblGrid>
      <w:tr w:rsidR="00255EDF" w:rsidRPr="00C96614" w14:paraId="10AD9A96" w14:textId="77777777" w:rsidTr="001D4C6F">
        <w:tc>
          <w:tcPr>
            <w:tcW w:w="4200" w:type="dxa"/>
            <w:tcMar>
              <w:top w:w="150" w:type="dxa"/>
              <w:left w:w="90" w:type="dxa"/>
              <w:bottom w:w="150" w:type="dxa"/>
              <w:right w:w="90" w:type="dxa"/>
            </w:tcMar>
          </w:tcPr>
          <w:p w14:paraId="0393D2DC" w14:textId="77777777" w:rsidR="00255EDF" w:rsidRPr="00C96614" w:rsidRDefault="000E7209">
            <w:pPr>
              <w:spacing w:after="360"/>
              <w:rPr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Sportszervezet képviselőjének aláírása</w:t>
            </w:r>
          </w:p>
        </w:tc>
        <w:tc>
          <w:tcPr>
            <w:tcW w:w="2600" w:type="dxa"/>
            <w:tcMar>
              <w:top w:w="150" w:type="dxa"/>
              <w:left w:w="90" w:type="dxa"/>
              <w:bottom w:w="150" w:type="dxa"/>
              <w:right w:w="90" w:type="dxa"/>
            </w:tcMar>
            <w:vAlign w:val="center"/>
          </w:tcPr>
          <w:p w14:paraId="7F438B43" w14:textId="77777777" w:rsidR="001D4C6F" w:rsidRDefault="000E7209" w:rsidP="001D4C6F">
            <w:pPr>
              <w:spacing w:after="0" w:line="240" w:lineRule="auto"/>
              <w:jc w:val="center"/>
              <w:rPr>
                <w:b/>
                <w:color w:val="17365D"/>
                <w:sz w:val="16"/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P. H.</w:t>
            </w:r>
          </w:p>
          <w:p w14:paraId="590CF399" w14:textId="5D429501" w:rsidR="00255EDF" w:rsidRPr="00C96614" w:rsidRDefault="000E7209" w:rsidP="001D4C6F">
            <w:pPr>
              <w:spacing w:after="0" w:line="240" w:lineRule="auto"/>
              <w:jc w:val="center"/>
              <w:rPr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(ha van)</w:t>
            </w:r>
          </w:p>
        </w:tc>
        <w:tc>
          <w:tcPr>
            <w:tcW w:w="3300" w:type="dxa"/>
            <w:tcMar>
              <w:top w:w="150" w:type="dxa"/>
              <w:left w:w="90" w:type="dxa"/>
              <w:bottom w:w="150" w:type="dxa"/>
              <w:right w:w="90" w:type="dxa"/>
            </w:tcMar>
          </w:tcPr>
          <w:p w14:paraId="60EA1ED4" w14:textId="77777777" w:rsidR="00255EDF" w:rsidRPr="00C96614" w:rsidRDefault="000E7209">
            <w:pPr>
              <w:spacing w:after="360"/>
              <w:rPr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Dátum</w:t>
            </w:r>
          </w:p>
        </w:tc>
      </w:tr>
    </w:tbl>
    <w:p w14:paraId="6F1031B9" w14:textId="77777777" w:rsidR="00255EDF" w:rsidRPr="00C96614" w:rsidRDefault="000E7209">
      <w:pPr>
        <w:pStyle w:val="Cmsor2"/>
        <w:rPr>
          <w:rFonts w:ascii="Arial" w:hAnsi="Arial" w:cs="Arial"/>
          <w:sz w:val="24"/>
          <w:szCs w:val="24"/>
          <w:lang w:val="hu-HU"/>
        </w:rPr>
      </w:pPr>
      <w:r w:rsidRPr="00C96614">
        <w:rPr>
          <w:rFonts w:ascii="Arial" w:hAnsi="Arial" w:cs="Arial"/>
          <w:sz w:val="24"/>
          <w:szCs w:val="24"/>
          <w:lang w:val="hu-HU"/>
        </w:rPr>
        <w:t>Szülői / nagykorú tanulói kérelem</w:t>
      </w:r>
    </w:p>
    <w:p w14:paraId="5B50801D" w14:textId="77777777" w:rsidR="00255EDF" w:rsidRPr="006672D2" w:rsidRDefault="000E7209" w:rsidP="00C96614">
      <w:pPr>
        <w:spacing w:line="240" w:lineRule="auto"/>
        <w:jc w:val="both"/>
        <w:rPr>
          <w:rFonts w:cs="Arial"/>
          <w:sz w:val="22"/>
          <w:lang w:val="hu-HU"/>
        </w:rPr>
      </w:pPr>
      <w:r w:rsidRPr="006672D2">
        <w:rPr>
          <w:rFonts w:cs="Arial"/>
          <w:color w:val="000000"/>
          <w:sz w:val="22"/>
          <w:lang w:val="hu-HU"/>
        </w:rPr>
        <w:t xml:space="preserve">Kérem, hogy a </w:t>
      </w:r>
      <w:proofErr w:type="gramStart"/>
      <w:r w:rsidRPr="006672D2">
        <w:rPr>
          <w:rFonts w:cs="Arial"/>
          <w:color w:val="000000"/>
          <w:sz w:val="22"/>
          <w:lang w:val="hu-HU"/>
        </w:rPr>
        <w:t>fent nevezett</w:t>
      </w:r>
      <w:proofErr w:type="gramEnd"/>
      <w:r w:rsidRPr="006672D2">
        <w:rPr>
          <w:rFonts w:cs="Arial"/>
          <w:color w:val="000000"/>
          <w:sz w:val="22"/>
          <w:lang w:val="hu-HU"/>
        </w:rPr>
        <w:t xml:space="preserve"> tanuló számára a 2011. évi CXC. törvény 27. § (11) bekezdésében meghatározott feltételek fennállása esetén az iskolai testnevelésórák közül legfeljebb heti két óra kiváltását engedélyezni szíveskedjenek. Nyilatkozom, hogy a megadott adatok a valóságnak megfelelnek, a tanuló érvényes versenyengedéllyel rendelkezik, és a megjelölt sportszervezet edzéseit rendszeresen látogatja.</w:t>
      </w:r>
    </w:p>
    <w:tbl>
      <w:tblPr>
        <w:tblStyle w:val="Rcsostblzat"/>
        <w:tblW w:w="10100" w:type="dxa"/>
        <w:tblLayout w:type="fixed"/>
        <w:tblLook w:val="04A0" w:firstRow="1" w:lastRow="0" w:firstColumn="1" w:lastColumn="0" w:noHBand="0" w:noVBand="1"/>
      </w:tblPr>
      <w:tblGrid>
        <w:gridCol w:w="6194"/>
        <w:gridCol w:w="3896"/>
        <w:gridCol w:w="10"/>
      </w:tblGrid>
      <w:tr w:rsidR="00255EDF" w:rsidRPr="00C96614" w14:paraId="1588FC83" w14:textId="77777777">
        <w:tc>
          <w:tcPr>
            <w:tcW w:w="6200" w:type="dxa"/>
            <w:tcMar>
              <w:top w:w="150" w:type="dxa"/>
              <w:left w:w="90" w:type="dxa"/>
              <w:bottom w:w="150" w:type="dxa"/>
              <w:right w:w="90" w:type="dxa"/>
            </w:tcMar>
          </w:tcPr>
          <w:p w14:paraId="3A4FC6C1" w14:textId="77777777" w:rsidR="00255EDF" w:rsidRPr="00C96614" w:rsidRDefault="000E7209">
            <w:pPr>
              <w:spacing w:after="360"/>
              <w:rPr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Szülő / gondviselő / nagykorú tanuló aláírása</w:t>
            </w:r>
          </w:p>
        </w:tc>
        <w:tc>
          <w:tcPr>
            <w:tcW w:w="3900" w:type="dxa"/>
            <w:gridSpan w:val="2"/>
            <w:tcMar>
              <w:top w:w="150" w:type="dxa"/>
              <w:left w:w="90" w:type="dxa"/>
              <w:bottom w:w="150" w:type="dxa"/>
              <w:right w:w="90" w:type="dxa"/>
            </w:tcMar>
          </w:tcPr>
          <w:p w14:paraId="2188BB5F" w14:textId="77777777" w:rsidR="00255EDF" w:rsidRPr="00C96614" w:rsidRDefault="000E7209">
            <w:pPr>
              <w:spacing w:after="360"/>
              <w:rPr>
                <w:lang w:val="hu-HU"/>
              </w:rPr>
            </w:pPr>
            <w:r w:rsidRPr="00C96614">
              <w:rPr>
                <w:b/>
                <w:color w:val="17365D"/>
                <w:sz w:val="16"/>
                <w:lang w:val="hu-HU"/>
              </w:rPr>
              <w:t>Dátum</w:t>
            </w:r>
          </w:p>
        </w:tc>
      </w:tr>
      <w:tr w:rsidR="00255EDF" w:rsidRPr="001D4C6F" w14:paraId="530E6370" w14:textId="77777777">
        <w:trPr>
          <w:gridAfter w:val="1"/>
          <w:wAfter w:w="10" w:type="dxa"/>
        </w:trPr>
        <w:tc>
          <w:tcPr>
            <w:tcW w:w="10100" w:type="dxa"/>
            <w:gridSpan w:val="2"/>
            <w:shd w:val="clear" w:color="auto" w:fill="F3F6F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4BEEA1" w14:textId="77777777" w:rsidR="00255EDF" w:rsidRPr="006672D2" w:rsidRDefault="000E7209">
            <w:pPr>
              <w:spacing w:after="0"/>
              <w:rPr>
                <w:sz w:val="22"/>
                <w:lang w:val="hu-HU"/>
              </w:rPr>
            </w:pPr>
            <w:r w:rsidRPr="006672D2">
              <w:rPr>
                <w:b/>
                <w:color w:val="17365D"/>
                <w:sz w:val="22"/>
                <w:lang w:val="hu-HU"/>
              </w:rPr>
              <w:t xml:space="preserve">Benyújtás: </w:t>
            </w:r>
            <w:r w:rsidRPr="006672D2">
              <w:rPr>
                <w:color w:val="000000"/>
                <w:sz w:val="22"/>
                <w:lang w:val="hu-HU"/>
              </w:rPr>
              <w:t>KRÉTA e-napló → e-ÜGYINTÉZÉS → Tanulmányokkal kapcsolatos ügyintézés → Tanulói felmentésre, mentességre szolgáló gondviselői kérelem benyújtása (TFMGK) → Felmentés testnevelésóra alól (egyesületi igazolással). A kitöltött, aláírt kérelmet és a választott igazolási módhoz tartozó mellékletet együttesen kell feltölteni.</w:t>
            </w:r>
          </w:p>
        </w:tc>
      </w:tr>
    </w:tbl>
    <w:p w14:paraId="6A09AE6E" w14:textId="77777777" w:rsidR="000E7209" w:rsidRPr="00C96614" w:rsidRDefault="000E7209" w:rsidP="006672D2">
      <w:pPr>
        <w:rPr>
          <w:lang w:val="hu-HU"/>
        </w:rPr>
      </w:pPr>
    </w:p>
    <w:sectPr w:rsidR="000E7209" w:rsidRPr="00C96614" w:rsidSect="00034616">
      <w:footerReference w:type="default" r:id="rId8"/>
      <w:pgSz w:w="11906" w:h="16838"/>
      <w:pgMar w:top="765" w:right="879" w:bottom="709" w:left="879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230E" w14:textId="77777777" w:rsidR="002E04D0" w:rsidRDefault="002E04D0">
      <w:pPr>
        <w:spacing w:after="0" w:line="240" w:lineRule="auto"/>
      </w:pPr>
      <w:r>
        <w:separator/>
      </w:r>
    </w:p>
  </w:endnote>
  <w:endnote w:type="continuationSeparator" w:id="0">
    <w:p w14:paraId="7A0331DC" w14:textId="77777777" w:rsidR="002E04D0" w:rsidRDefault="002E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4C3D" w14:textId="77777777" w:rsidR="00255EDF" w:rsidRDefault="000E7209">
    <w:pPr>
      <w:pStyle w:val="llb"/>
      <w:jc w:val="center"/>
    </w:pPr>
    <w:r>
      <w:rPr>
        <w:color w:val="666666"/>
        <w:sz w:val="16"/>
      </w:rPr>
      <w:t>Nyíregyházi Kölcsey Ferenc Gimnázium • 2026/2027-es tanév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DF0A" w14:textId="77777777" w:rsidR="002E04D0" w:rsidRDefault="002E04D0">
      <w:pPr>
        <w:spacing w:after="0" w:line="240" w:lineRule="auto"/>
      </w:pPr>
      <w:r>
        <w:separator/>
      </w:r>
    </w:p>
  </w:footnote>
  <w:footnote w:type="continuationSeparator" w:id="0">
    <w:p w14:paraId="6411161D" w14:textId="77777777" w:rsidR="002E04D0" w:rsidRDefault="002E0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209"/>
    <w:rsid w:val="0015074B"/>
    <w:rsid w:val="00184190"/>
    <w:rsid w:val="001D4C6F"/>
    <w:rsid w:val="00255EDF"/>
    <w:rsid w:val="0029639D"/>
    <w:rsid w:val="002E04D0"/>
    <w:rsid w:val="00326F90"/>
    <w:rsid w:val="005E6401"/>
    <w:rsid w:val="006672D2"/>
    <w:rsid w:val="00AA1D8D"/>
    <w:rsid w:val="00B47730"/>
    <w:rsid w:val="00C96614"/>
    <w:rsid w:val="00CB0664"/>
    <w:rsid w:val="00DA12D4"/>
    <w:rsid w:val="00F623BA"/>
    <w:rsid w:val="00FC22FF"/>
    <w:rsid w:val="00FC693F"/>
    <w:rsid w:val="00FD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758FD"/>
  <w14:defaultImageDpi w14:val="300"/>
  <w15:docId w15:val="{8114ACF9-5224-4514-A2F2-CA60B500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276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Bodnár Mihály</cp:lastModifiedBy>
  <cp:revision>8</cp:revision>
  <dcterms:created xsi:type="dcterms:W3CDTF">2013-12-23T23:15:00Z</dcterms:created>
  <dcterms:modified xsi:type="dcterms:W3CDTF">2026-09-01T06:49:00Z</dcterms:modified>
  <cp:category/>
</cp:coreProperties>
</file>